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jc w:val="center"/>
      </w:pPr>
      <w:r>
        <w:rPr>
          <w:rFonts w:ascii="Times New Roman" w:hAnsi="Times New Roman"/>
          <w:b/>
          <w:sz w:val="32"/>
        </w:rPr>
        <w:t>LAPORAN PROYEK APLIKASI</w:t>
      </w:r>
    </w:p>
    <w:p>
      <w:pPr>
        <w:jc w:val="center"/>
      </w:pPr>
      <w:r>
        <w:rPr>
          <w:rFonts w:ascii="Times New Roman" w:hAnsi="Times New Roman"/>
          <w:b/>
          <w:sz w:val="44"/>
        </w:rPr>
        <w:t>INTERNTRACK</w:t>
      </w:r>
    </w:p>
    <w:p>
      <w:pPr>
        <w:jc w:val="center"/>
      </w:pPr>
      <w:r>
        <w:rPr>
          <w:rFonts w:ascii="Times New Roman" w:hAnsi="Times New Roman"/>
          <w:b/>
          <w:sz w:val="28"/>
        </w:rPr>
        <w:t>SISTEM INFORMASI MONITORING PRAKTIK KERJA LAPANGAN (PKL)</w:t>
      </w:r>
    </w:p>
    <w:p/>
    <w:p/>
    <w:p/>
    <w:p>
      <w:pPr>
        <w:jc w:val="center"/>
      </w:pPr>
      <w:r>
        <w:rPr>
          <w:rFonts w:ascii="Times New Roman" w:hAnsi="Times New Roman"/>
          <w:b w:val="0"/>
          <w:sz w:val="24"/>
        </w:rPr>
        <w:t>Disusun untuk memenuhi dokumentasi proyek</w:t>
      </w:r>
    </w:p>
    <w:p>
      <w:pPr>
        <w:jc w:val="center"/>
      </w:pPr>
      <w:r>
        <w:rPr>
          <w:rFonts w:ascii="Times New Roman" w:hAnsi="Times New Roman"/>
          <w:b/>
          <w:sz w:val="28"/>
        </w:rPr>
        <w:t>SMK HIDAYAH SEMARANG</w:t>
      </w:r>
    </w:p>
    <w:p/>
    <w:p/>
    <w:p/>
    <w:p/>
    <w:p/>
    <w:p>
      <w:pPr>
        <w:jc w:val="center"/>
      </w:pPr>
      <w:r>
        <w:t>Disusun oleh: Dhanu Putra Kurniawam</w:t>
      </w:r>
    </w:p>
    <w:p>
      <w:pPr>
        <w:jc w:val="center"/>
      </w:pPr>
      <w:r>
        <w:t>Kelas: XII RPL</w:t>
      </w:r>
    </w:p>
    <w:p>
      <w:pPr>
        <w:jc w:val="center"/>
      </w:pPr>
      <w:r>
        <w:t>Tahun Pelajaran: 2026</w:t>
      </w:r>
    </w:p>
    <w:p>
      <w:r>
        <w:br w:type="page"/>
      </w:r>
    </w:p>
    <w:p>
      <w:pPr>
        <w:pStyle w:val="Heading1"/>
      </w:pPr>
      <w:r>
        <w:t>KATA PENGANTAR</w:t>
      </w:r>
    </w:p>
    <w:p>
      <w:r>
        <w:t>Puji syukur ke hadirat Tuhan Yang Maha Esa karena laporan proyek aplikasi InternTrack ini dapat disusun sebagai dokumentasi perancangan dan pengembangan sistem informasi monitoring Praktik Kerja Lapangan (PKL). Laporan ini memuat analisis kebutuhan, perancangan sistem, implementasi, pengujian, serta panduan penggunaan aplikasi.</w:t>
      </w:r>
    </w:p>
    <w:p>
      <w:r>
        <w:t>Laporan ini merupakan draf yang perlu disesuaikan dengan aplikasi yang benar-benar dibuat. Nama teknologi, tangkapan layar, hasil pengujian, dan identitas penyusun harus diperbarui sesuai kondisi proyek.</w:t>
      </w:r>
    </w:p>
    <w:p>
      <w:r>
        <w:t>Semoga laporan ini membantu menjelaskan alur kerja aplikasi InternTrack dan menjadi bahan evaluasi untuk pengembangan berikutnya.</w:t>
      </w:r>
    </w:p>
    <w:p>
      <w:pPr>
        <w:pStyle w:val="Heading1"/>
      </w:pPr>
      <w:r>
        <w:t>DAFTAR ISI</w:t>
      </w:r>
    </w:p>
    <w:p>
      <w:pPr>
        <w:pStyle w:val="ListBullet"/>
      </w:pPr>
      <w:r>
        <w:t>I. Pendahuluan</w:t>
      </w:r>
    </w:p>
    <w:p>
      <w:pPr>
        <w:pStyle w:val="ListBullet"/>
      </w:pPr>
      <w:r>
        <w:t>II. Analisis</w:t>
      </w:r>
    </w:p>
    <w:p>
      <w:pPr>
        <w:pStyle w:val="ListBullet"/>
      </w:pPr>
      <w:r>
        <w:t>III. Perancangan</w:t>
      </w:r>
    </w:p>
    <w:p>
      <w:pPr>
        <w:pStyle w:val="ListBullet"/>
      </w:pPr>
      <w:r>
        <w:t>IV. Implementasi</w:t>
      </w:r>
    </w:p>
    <w:p>
      <w:pPr>
        <w:pStyle w:val="ListBullet"/>
      </w:pPr>
      <w:r>
        <w:t>V. Testing</w:t>
      </w:r>
    </w:p>
    <w:p>
      <w:pPr>
        <w:pStyle w:val="ListBullet"/>
      </w:pPr>
      <w:r>
        <w:t>VI. Manual Penggunaan</w:t>
      </w:r>
    </w:p>
    <w:p>
      <w:pPr>
        <w:pStyle w:val="ListBullet"/>
      </w:pPr>
      <w:r>
        <w:t>VII. Penutup</w:t>
      </w:r>
    </w:p>
    <w:p>
      <w:r>
        <w:br w:type="page"/>
      </w:r>
    </w:p>
    <w:p>
      <w:pPr>
        <w:pStyle w:val="Heading1"/>
      </w:pPr>
      <w:r>
        <w:t>I. PENDAHULUAN</w:t>
      </w:r>
    </w:p>
    <w:p>
      <w:pPr>
        <w:pStyle w:val="Heading2"/>
      </w:pPr>
      <w:r>
        <w:t>1.1 Latar Belakang</w:t>
      </w:r>
    </w:p>
    <w:p>
      <w:r>
        <w:t>Praktik Kerja Lapangan (PKL) merupakan kegiatan pembelajaran yang memberi kesempatan kepada siswa untuk mengenal lingkungan kerja secara langsung. Pelaksanaan PKL membutuhkan pengelolaan data siswa, informasi tempat praktik, jurnal kegiatan, absensi, serta pemantauan dan pelaporan perkembangan siswa.</w:t>
      </w:r>
    </w:p>
    <w:p>
      <w:r>
        <w:t>Jika pengelolaan dilakukan secara terpisah atau manual, data dapat tersebar, pencarian informasi menjadi lebih lama, dan proses pemantauan berisiko tidak konsisten. Oleh karena itu, InternTrack dirancang sebagai aplikasi yang membantu mengelola informasi PKL secara terpusat.</w:t>
      </w:r>
    </w:p>
    <w:p>
      <w:pPr>
        <w:pStyle w:val="Heading2"/>
      </w:pPr>
      <w:r>
        <w:t>1.2 Tujuan</w:t>
      </w:r>
    </w:p>
    <w:p>
      <w:pPr>
        <w:pStyle w:val="ListBullet"/>
      </w:pPr>
      <w:r>
        <w:t>Menyimpan dan mengelola data siswa peserta PKL.</w:t>
      </w:r>
    </w:p>
    <w:p>
      <w:pPr>
        <w:pStyle w:val="ListBullet"/>
      </w:pPr>
      <w:r>
        <w:t>Mencatat penempatan siswa pada tempat PKL.</w:t>
      </w:r>
    </w:p>
    <w:p>
      <w:pPr>
        <w:pStyle w:val="ListBullet"/>
      </w:pPr>
      <w:r>
        <w:t>Memfasilitasi pencatatan jurnal kegiatan dan absensi.</w:t>
      </w:r>
    </w:p>
    <w:p>
      <w:pPr>
        <w:pStyle w:val="ListBullet"/>
      </w:pPr>
      <w:r>
        <w:t>Membantu guru/pembimbing memantau perkembangan siswa.</w:t>
      </w:r>
    </w:p>
    <w:p>
      <w:pPr>
        <w:pStyle w:val="ListBullet"/>
      </w:pPr>
      <w:r>
        <w:t>Menyediakan laporan yang dapat digunakan untuk evaluasi PKL.</w:t>
      </w:r>
    </w:p>
    <w:p>
      <w:pPr>
        <w:pStyle w:val="Heading2"/>
      </w:pPr>
      <w:r>
        <w:t>1.3 Ruang Lingkup</w:t>
      </w:r>
    </w:p>
    <w:p>
      <w:r>
        <w:t>Ruang lingkup sistem pada laporan ini meliputi Login, Dashboard, Data Siswa, Penempatan, Jurnal, Absensi, Monitoring, dan Laporan. Detail implementasi dapat disesuaikan dengan fitur yang tersedia pada versi aplikasi.</w:t>
      </w:r>
    </w:p>
    <w:p>
      <w:pPr>
        <w:pStyle w:val="Heading2"/>
      </w:pPr>
      <w:r>
        <w:t>1.4 Manfaat</w:t>
      </w:r>
    </w:p>
    <w:p>
      <w:r>
        <w:t>Aplikasi diharapkan mempermudah pencatatan administrasi PKL, mempercepat pencarian data, membantu pembimbing memantau aktivitas siswa, serta menyediakan informasi yang lebih terstruktur untuk penyusunan laporan.</w:t>
      </w:r>
    </w:p>
    <w:p>
      <w:pPr>
        <w:pStyle w:val="Heading1"/>
      </w:pPr>
      <w:r>
        <w:t>II. ANALISIS</w:t>
      </w:r>
    </w:p>
    <w:p>
      <w:pPr>
        <w:pStyle w:val="Heading2"/>
      </w:pPr>
      <w:r>
        <w:t>2.1 Identifikasi Masalah</w:t>
      </w:r>
    </w:p>
    <w:p>
      <w:pPr>
        <w:pStyle w:val="ListBullet"/>
      </w:pPr>
      <w:r>
        <w:t>Data siswa dan tempat PKL berpotensi tersimpan di beberapa dokumen berbeda.</w:t>
      </w:r>
    </w:p>
    <w:p>
      <w:pPr>
        <w:pStyle w:val="ListBullet"/>
      </w:pPr>
      <w:r>
        <w:t>Pencatatan jurnal dan absensi secara manual membutuhkan waktu untuk diperiksa kembali.</w:t>
      </w:r>
    </w:p>
    <w:p>
      <w:pPr>
        <w:pStyle w:val="ListBullet"/>
      </w:pPr>
      <w:r>
        <w:t>Pembimbing membutuhkan cara yang lebih terstruktur untuk mengetahui perkembangan siswa.</w:t>
      </w:r>
    </w:p>
    <w:p>
      <w:pPr>
        <w:pStyle w:val="ListBullet"/>
      </w:pPr>
      <w:r>
        <w:t>Pembuatan rekapitulasi dan laporan dapat memerlukan pengumpulan data dari berbagai sumber.</w:t>
      </w:r>
    </w:p>
    <w:p>
      <w:pPr>
        <w:pStyle w:val="Heading2"/>
      </w:pPr>
      <w:r>
        <w:t>2.2 Kebutuhan Sistem</w:t>
      </w:r>
    </w:p>
    <w:p>
      <w:pPr>
        <w:pStyle w:val="Heading3"/>
      </w:pPr>
      <w:r>
        <w:t>A. Kebutuhan Fungsional</w:t>
      </w:r>
    </w:p>
    <w:p>
      <w:pPr>
        <w:pStyle w:val="ListBullet"/>
      </w:pPr>
      <w:r>
        <w:t>Sistem menyediakan autentikasi pengguna melalui halaman login.</w:t>
      </w:r>
    </w:p>
    <w:p>
      <w:pPr>
        <w:pStyle w:val="ListBullet"/>
      </w:pPr>
      <w:r>
        <w:t>Sistem menampilkan ringkasan informasi pada dashboard.</w:t>
      </w:r>
    </w:p>
    <w:p>
      <w:pPr>
        <w:pStyle w:val="ListBullet"/>
      </w:pPr>
      <w:r>
        <w:t>Admin/petugas dapat menambah, melihat, mengubah, dan menghapus data siswa sesuai hak akses.</w:t>
      </w:r>
    </w:p>
    <w:p>
      <w:pPr>
        <w:pStyle w:val="ListBullet"/>
      </w:pPr>
      <w:r>
        <w:t>Pengguna yang berwenang dapat mengelola data tempat dan penempatan PKL.</w:t>
      </w:r>
    </w:p>
    <w:p>
      <w:pPr>
        <w:pStyle w:val="ListBullet"/>
      </w:pPr>
      <w:r>
        <w:t>Siswa dapat mengisi jurnal kegiatan PKL, apabila fitur akun siswa diterapkan.</w:t>
      </w:r>
    </w:p>
    <w:p>
      <w:pPr>
        <w:pStyle w:val="ListBullet"/>
      </w:pPr>
      <w:r>
        <w:t>Sistem mencatat absensi siswa berdasarkan tanggal dan status kehadiran.</w:t>
      </w:r>
    </w:p>
    <w:p>
      <w:pPr>
        <w:pStyle w:val="ListBullet"/>
      </w:pPr>
      <w:r>
        <w:t>Pembimbing dapat melihat data monitoring dan memeriksa jurnal/absensi.</w:t>
      </w:r>
    </w:p>
    <w:p>
      <w:pPr>
        <w:pStyle w:val="ListBullet"/>
      </w:pPr>
      <w:r>
        <w:t>Sistem menampilkan atau menghasilkan laporan berdasarkan data yang tersimpan.</w:t>
      </w:r>
    </w:p>
    <w:p>
      <w:pPr>
        <w:pStyle w:val="ListBullet"/>
      </w:pPr>
      <w:r>
        <w:t>Sistem menyediakan logout untuk mengakhiri sesi pengguna.</w:t>
      </w:r>
    </w:p>
    <w:p>
      <w:pPr>
        <w:pStyle w:val="Heading3"/>
      </w:pPr>
      <w:r>
        <w:t>B. Kebutuhan Nonfungsional</w:t>
      </w:r>
    </w:p>
    <w:p>
      <w:pPr>
        <w:pStyle w:val="ListBullet"/>
      </w:pPr>
      <w:r>
        <w:t>Antarmuka mudah dipahami dan konsisten.</w:t>
      </w:r>
    </w:p>
    <w:p>
      <w:pPr>
        <w:pStyle w:val="ListBullet"/>
      </w:pPr>
      <w:r>
        <w:t>Data hanya dapat diakses oleh pengguna yang memiliki hak akses.</w:t>
      </w:r>
    </w:p>
    <w:p>
      <w:pPr>
        <w:pStyle w:val="ListBullet"/>
      </w:pPr>
      <w:r>
        <w:t>Validasi dilakukan pada data wajib dan format masukan.</w:t>
      </w:r>
    </w:p>
    <w:p>
      <w:pPr>
        <w:pStyle w:val="ListBullet"/>
      </w:pPr>
      <w:r>
        <w:t>Aplikasi dapat digunakan melalui peramban yang mendukung teknologi yang dipakai.</w:t>
      </w:r>
    </w:p>
    <w:p>
      <w:pPr>
        <w:pStyle w:val="ListBullet"/>
      </w:pPr>
      <w:r>
        <w:t>Data perlu dicadangkan secara berkala untuk mengurangi risiko kehilangan.</w:t>
      </w:r>
    </w:p>
    <w:p>
      <w:pPr>
        <w:pStyle w:val="Heading2"/>
      </w:pPr>
      <w:r>
        <w:t>2.3 Aktor Sistem</w:t>
      </w:r>
    </w:p>
    <w:tbl>
      <w:tblPr>
        <w:tblStyle w:val="TableGrid"/>
        <w:tblW w:type="auto" w:w="0"/>
        <w:tblLook w:firstColumn="1" w:firstRow="1" w:lastColumn="0" w:lastRow="0" w:noHBand="0" w:noVBand="1" w:val="04A0"/>
      </w:tblPr>
      <w:tblGrid>
        <w:gridCol w:w="3120"/>
        <w:gridCol w:w="3120"/>
        <w:gridCol w:w="3120"/>
      </w:tblGrid>
      <w:tr>
        <w:tc>
          <w:tcPr>
            <w:tcW w:type="dxa" w:w="3120"/>
          </w:tcPr>
          <w:p>
            <w:r>
              <w:t>Aktor</w:t>
            </w:r>
          </w:p>
        </w:tc>
        <w:tc>
          <w:tcPr>
            <w:tcW w:type="dxa" w:w="3120"/>
          </w:tcPr>
          <w:p>
            <w:r>
              <w:t>Peran</w:t>
            </w:r>
          </w:p>
        </w:tc>
        <w:tc>
          <w:tcPr>
            <w:tcW w:type="dxa" w:w="3120"/>
          </w:tcPr>
          <w:p>
            <w:r>
              <w:t>Hak akses utama</w:t>
            </w:r>
          </w:p>
        </w:tc>
      </w:tr>
      <w:tr>
        <w:tc>
          <w:tcPr>
            <w:tcW w:type="dxa" w:w="3120"/>
          </w:tcPr>
          <w:p>
            <w:r>
              <w:t>Admin</w:t>
            </w:r>
          </w:p>
        </w:tc>
        <w:tc>
          <w:tcPr>
            <w:tcW w:type="dxa" w:w="3120"/>
          </w:tcPr>
          <w:p>
            <w:r>
              <w:t>Mengelola data utama dan akun pengguna</w:t>
            </w:r>
          </w:p>
        </w:tc>
        <w:tc>
          <w:tcPr>
            <w:tcW w:type="dxa" w:w="3120"/>
          </w:tcPr>
          <w:p>
            <w:r>
              <w:t>Data siswa, tempat PKL, penempatan, akun, laporan</w:t>
            </w:r>
          </w:p>
        </w:tc>
      </w:tr>
      <w:tr>
        <w:tc>
          <w:tcPr>
            <w:tcW w:type="dxa" w:w="3120"/>
          </w:tcPr>
          <w:p>
            <w:r>
              <w:t>Siswa</w:t>
            </w:r>
          </w:p>
        </w:tc>
        <w:tc>
          <w:tcPr>
            <w:tcW w:type="dxa" w:w="3120"/>
          </w:tcPr>
          <w:p>
            <w:r>
              <w:t>Melaporkan kegiatan dan kehadiran PKL</w:t>
            </w:r>
          </w:p>
        </w:tc>
        <w:tc>
          <w:tcPr>
            <w:tcW w:type="dxa" w:w="3120"/>
          </w:tcPr>
          <w:p>
            <w:r>
              <w:t>Melihat penempatan, mengisi jurnal, mengisi/melihat absensi sesuai aturan</w:t>
            </w:r>
          </w:p>
        </w:tc>
      </w:tr>
      <w:tr>
        <w:tc>
          <w:tcPr>
            <w:tcW w:type="dxa" w:w="3120"/>
          </w:tcPr>
          <w:p>
            <w:r>
              <w:t>Guru/Pembimbing</w:t>
            </w:r>
          </w:p>
        </w:tc>
        <w:tc>
          <w:tcPr>
            <w:tcW w:type="dxa" w:w="3120"/>
          </w:tcPr>
          <w:p>
            <w:r>
              <w:t>Memantau aktivitas dan kemajuan siswa</w:t>
            </w:r>
          </w:p>
        </w:tc>
        <w:tc>
          <w:tcPr>
            <w:tcW w:type="dxa" w:w="3120"/>
          </w:tcPr>
          <w:p>
            <w:r>
              <w:t>Melihat jurnal, absensi, monitoring, dan laporan</w:t>
            </w:r>
          </w:p>
        </w:tc>
      </w:tr>
      <w:tr>
        <w:tc>
          <w:tcPr>
            <w:tcW w:type="dxa" w:w="3120"/>
          </w:tcPr>
          <w:p>
            <w:r>
              <w:t>Pembimbing Industri</w:t>
            </w:r>
          </w:p>
        </w:tc>
        <w:tc>
          <w:tcPr>
            <w:tcW w:type="dxa" w:w="3120"/>
          </w:tcPr>
          <w:p>
            <w:r>
              <w:t>Memberi informasi/evaluasi siswa di tempat PKL (opsional)</w:t>
            </w:r>
          </w:p>
        </w:tc>
        <w:tc>
          <w:tcPr>
            <w:tcW w:type="dxa" w:w="3120"/>
          </w:tcPr>
          <w:p>
            <w:r>
              <w:t>Melihat siswa bimbingan dan memberi evaluasi jika fitur tersedia</w:t>
            </w:r>
          </w:p>
        </w:tc>
      </w:tr>
    </w:tbl>
    <w:p>
      <w:pPr>
        <w:pStyle w:val="Heading1"/>
      </w:pPr>
      <w:r>
        <w:t>III. PERANCANGAN</w:t>
      </w:r>
    </w:p>
    <w:p>
      <w:pPr>
        <w:pStyle w:val="Heading2"/>
      </w:pPr>
      <w:r>
        <w:t>3.1 Flowchart Alur Sistem</w:t>
      </w:r>
    </w:p>
    <w:p>
      <w:r>
        <w:t>Mulai → Buka aplikasi → Login → Validasi username dan password → [Valid?]</w:t>
      </w:r>
    </w:p>
    <w:p>
      <w:r>
        <w:t>Jika tidak valid: tampilkan pesan kesalahan → kembali ke Login.</w:t>
      </w:r>
    </w:p>
    <w:p>
      <w:r>
        <w:t>Jika valid: tampilkan Dashboard → pengguna memilih menu (Data Siswa / Penempatan / Jurnal / Absensi / Monitoring / Laporan) → sistem memproses dan menampilkan data sesuai hak akses → pengguna dapat memilih menu lain atau Logout → Selesai.</w:t>
      </w:r>
    </w:p>
    <w:p>
      <w:pPr>
        <w:pStyle w:val="Heading2"/>
      </w:pPr>
      <w:r>
        <w:t>3.2 Pseudocode</w:t>
      </w:r>
    </w:p>
    <w:p>
      <w:r>
        <w:rPr>
          <w:rFonts w:ascii="Courier New" w:hAnsi="Courier New"/>
          <w:sz w:val="20"/>
        </w:rPr>
        <w:t>MULAI</w:t>
        <w:br/>
        <w:t xml:space="preserve">  Tampilkan halaman Login</w:t>
        <w:br/>
        <w:t xml:space="preserve">  Baca username dan password</w:t>
        <w:br/>
        <w:t xml:space="preserve">  Jika kredensial valid:</w:t>
        <w:br/>
        <w:t xml:space="preserve">      Buat sesi pengguna</w:t>
        <w:br/>
        <w:t xml:space="preserve">      Tampilkan Dashboard</w:t>
        <w:br/>
        <w:t xml:space="preserve">      SELAMA pengguna belum Logout:</w:t>
        <w:br/>
        <w:t xml:space="preserve">          Tampilkan menu sesuai peran</w:t>
        <w:br/>
        <w:t xml:space="preserve">          Baca menu yang dipilih</w:t>
        <w:br/>
        <w:t xml:space="preserve">          Jika menu = Data Siswa:</w:t>
        <w:br/>
        <w:t xml:space="preserve">              Tampilkan dan proses data siswa sesuai hak akses</w:t>
        <w:br/>
        <w:t xml:space="preserve">          Jika menu = Penempatan:</w:t>
        <w:br/>
        <w:t xml:space="preserve">              Tampilkan dan proses penempatan PKL</w:t>
        <w:br/>
        <w:t xml:space="preserve">          Jika menu = Jurnal:</w:t>
        <w:br/>
        <w:t xml:space="preserve">              Tampilkan atau simpan jurnal kegiatan</w:t>
        <w:br/>
        <w:t xml:space="preserve">          Jika menu = Absensi:</w:t>
        <w:br/>
        <w:t xml:space="preserve">              Tampilkan atau simpan catatan kehadiran</w:t>
        <w:br/>
        <w:t xml:space="preserve">          Jika menu = Monitoring:</w:t>
        <w:br/>
        <w:t xml:space="preserve">              Tampilkan ringkasan perkembangan siswa</w:t>
        <w:br/>
        <w:t xml:space="preserve">          Jika menu = Laporan:</w:t>
        <w:br/>
        <w:t xml:space="preserve">              Susun laporan dari data tersimpan</w:t>
        <w:br/>
        <w:t xml:space="preserve">      Hapus sesi pengguna</w:t>
        <w:br/>
        <w:t xml:space="preserve">  Jika tidak valid:</w:t>
        <w:br/>
        <w:t xml:space="preserve">      Tampilkan pesan login gagal</w:t>
        <w:br/>
        <w:t>SELESAI</w:t>
      </w:r>
    </w:p>
    <w:p>
      <w:pPr>
        <w:pStyle w:val="Heading2"/>
      </w:pPr>
      <w:r>
        <w:t>3.3 ERD (Entity Relationship Diagram)</w:t>
      </w:r>
    </w:p>
    <w:p>
      <w:r>
        <w:t>Entitas yang disarankan untuk InternTrack adalah sebagai berikut. Relasi dan kolom perlu disesuaikan dengan database aktual.</w:t>
      </w:r>
    </w:p>
    <w:p>
      <w:pPr>
        <w:pStyle w:val="ListBullet"/>
      </w:pPr>
      <w:r>
        <w:t>USERS (id_user, nama, username, password_hash, role) — menyimpan akun dan peran pengguna.</w:t>
      </w:r>
    </w:p>
    <w:p>
      <w:pPr>
        <w:pStyle w:val="ListBullet"/>
      </w:pPr>
      <w:r>
        <w:t>SISWA (id_siswa, nis, nama, kelas, jurusan, no_hp) — menyimpan identitas siswa.</w:t>
      </w:r>
    </w:p>
    <w:p>
      <w:pPr>
        <w:pStyle w:val="ListBullet"/>
      </w:pPr>
      <w:r>
        <w:t>TEMPAT_PKL (id_tempat, nama_instansi, alamat, nama_pembimbing, kontak) — menyimpan informasi tempat PKL.</w:t>
      </w:r>
    </w:p>
    <w:p>
      <w:pPr>
        <w:pStyle w:val="ListBullet"/>
      </w:pPr>
      <w:r>
        <w:t>PENEMPATAN (id_penempatan, id_siswa, id_tempat, tanggal_mulai, tanggal_selesai, status) — menghubungkan siswa dengan tempat PKL.</w:t>
      </w:r>
    </w:p>
    <w:p>
      <w:pPr>
        <w:pStyle w:val="ListBullet"/>
      </w:pPr>
      <w:r>
        <w:t>JURNAL (id_jurnal, id_siswa, tanggal, kegiatan, hasil, catatan_pembimbing) — menyimpan aktivitas harian.</w:t>
      </w:r>
    </w:p>
    <w:p>
      <w:pPr>
        <w:pStyle w:val="ListBullet"/>
      </w:pPr>
      <w:r>
        <w:t>ABSENSI (id_absensi, id_siswa, tanggal, status, keterangan) — menyimpan catatan kehadiran.</w:t>
      </w:r>
    </w:p>
    <w:p>
      <w:pPr>
        <w:pStyle w:val="ListBullet"/>
      </w:pPr>
      <w:r>
        <w:t>MONITORING (id_monitoring, id_siswa, id_pembimbing, tanggal, evaluasi, tindak_lanjut) — menyimpan catatan pemantauan, jika modul terpisah digunakan.</w:t>
      </w:r>
    </w:p>
    <w:p>
      <w:r>
        <w:t>Relasi utama: SISWA 1—N PENEMPATAN; TEMPAT_PKL 1—N PENEMPATAN; SISWA 1—N JURNAL; SISWA 1—N ABSENSI; SISWA 1—N MONITORING. USERS dapat dihubungkan dengan data pembimbing melalui kolom identitas atau tabel pembimbing terpisah.</w:t>
      </w:r>
    </w:p>
    <w:p>
      <w:pPr>
        <w:pStyle w:val="Heading2"/>
      </w:pPr>
      <w:r>
        <w:t>3.4 Struktur Database</w:t>
      </w:r>
    </w:p>
    <w:p>
      <w:r>
        <w:t>Contoh rancangan tipe data (dapat disesuaikan dengan MySQL, PostgreSQL, SQLite, atau DBMS yang digunakan):</w:t>
      </w:r>
    </w:p>
    <w:tbl>
      <w:tblPr>
        <w:tblStyle w:val="TableGrid"/>
        <w:tblW w:type="auto" w:w="0"/>
        <w:tblLook w:firstColumn="1" w:firstRow="1" w:lastColumn="0" w:lastRow="0" w:noHBand="0" w:noVBand="1" w:val="04A0"/>
      </w:tblPr>
      <w:tblGrid>
        <w:gridCol w:w="3120"/>
        <w:gridCol w:w="3120"/>
        <w:gridCol w:w="3120"/>
      </w:tblGrid>
      <w:tr>
        <w:tc>
          <w:tcPr>
            <w:tcW w:type="dxa" w:w="3120"/>
          </w:tcPr>
          <w:p>
            <w:r>
              <w:t>Tabel</w:t>
            </w:r>
          </w:p>
        </w:tc>
        <w:tc>
          <w:tcPr>
            <w:tcW w:type="dxa" w:w="3120"/>
          </w:tcPr>
          <w:p>
            <w:r>
              <w:t>Kolom inti</w:t>
            </w:r>
          </w:p>
        </w:tc>
        <w:tc>
          <w:tcPr>
            <w:tcW w:type="dxa" w:w="3120"/>
          </w:tcPr>
          <w:p>
            <w:r>
              <w:t>Keterangan</w:t>
            </w:r>
          </w:p>
        </w:tc>
      </w:tr>
      <w:tr>
        <w:tc>
          <w:tcPr>
            <w:tcW w:type="dxa" w:w="3120"/>
          </w:tcPr>
          <w:p>
            <w:r>
              <w:t>users</w:t>
            </w:r>
          </w:p>
        </w:tc>
        <w:tc>
          <w:tcPr>
            <w:tcW w:type="dxa" w:w="3120"/>
          </w:tcPr>
          <w:p>
            <w:r>
              <w:t>id_user PK, nama, username UNIQUE, password_hash, role</w:t>
            </w:r>
          </w:p>
        </w:tc>
        <w:tc>
          <w:tcPr>
            <w:tcW w:type="dxa" w:w="3120"/>
          </w:tcPr>
          <w:p>
            <w:r>
              <w:t>Password harus disimpan dalam bentuk hash.</w:t>
            </w:r>
          </w:p>
        </w:tc>
      </w:tr>
      <w:tr>
        <w:tc>
          <w:tcPr>
            <w:tcW w:type="dxa" w:w="3120"/>
          </w:tcPr>
          <w:p>
            <w:r>
              <w:t>siswa</w:t>
            </w:r>
          </w:p>
        </w:tc>
        <w:tc>
          <w:tcPr>
            <w:tcW w:type="dxa" w:w="3120"/>
          </w:tcPr>
          <w:p>
            <w:r>
              <w:t>id_siswa PK, nis UNIQUE, nama, kelas, jurusan, no_hp</w:t>
            </w:r>
          </w:p>
        </w:tc>
        <w:tc>
          <w:tcPr>
            <w:tcW w:type="dxa" w:w="3120"/>
          </w:tcPr>
          <w:p>
            <w:r>
              <w:t>Identitas siswa.</w:t>
            </w:r>
          </w:p>
        </w:tc>
      </w:tr>
      <w:tr>
        <w:tc>
          <w:tcPr>
            <w:tcW w:type="dxa" w:w="3120"/>
          </w:tcPr>
          <w:p>
            <w:r>
              <w:t>tempat_pkl</w:t>
            </w:r>
          </w:p>
        </w:tc>
        <w:tc>
          <w:tcPr>
            <w:tcW w:type="dxa" w:w="3120"/>
          </w:tcPr>
          <w:p>
            <w:r>
              <w:t>id_tempat PK, nama_instansi, alamat, kontak</w:t>
            </w:r>
          </w:p>
        </w:tc>
        <w:tc>
          <w:tcPr>
            <w:tcW w:type="dxa" w:w="3120"/>
          </w:tcPr>
          <w:p>
            <w:r>
              <w:t>Data perusahaan/instansi.</w:t>
            </w:r>
          </w:p>
        </w:tc>
      </w:tr>
      <w:tr>
        <w:tc>
          <w:tcPr>
            <w:tcW w:type="dxa" w:w="3120"/>
          </w:tcPr>
          <w:p>
            <w:r>
              <w:t>penempatan</w:t>
            </w:r>
          </w:p>
        </w:tc>
        <w:tc>
          <w:tcPr>
            <w:tcW w:type="dxa" w:w="3120"/>
          </w:tcPr>
          <w:p>
            <w:r>
              <w:t>id_penempatan PK, id_siswa FK, id_tempat FK, tanggal_mulai, tanggal_selesai, status</w:t>
            </w:r>
          </w:p>
        </w:tc>
        <w:tc>
          <w:tcPr>
            <w:tcW w:type="dxa" w:w="3120"/>
          </w:tcPr>
          <w:p>
            <w:r>
              <w:t>Relasi siswa dengan lokasi PKL.</w:t>
            </w:r>
          </w:p>
        </w:tc>
      </w:tr>
      <w:tr>
        <w:tc>
          <w:tcPr>
            <w:tcW w:type="dxa" w:w="3120"/>
          </w:tcPr>
          <w:p>
            <w:r>
              <w:t>jurnal</w:t>
            </w:r>
          </w:p>
        </w:tc>
        <w:tc>
          <w:tcPr>
            <w:tcW w:type="dxa" w:w="3120"/>
          </w:tcPr>
          <w:p>
            <w:r>
              <w:t>id_jurnal PK, id_siswa FK, tanggal, kegiatan, hasil</w:t>
            </w:r>
          </w:p>
        </w:tc>
        <w:tc>
          <w:tcPr>
            <w:tcW w:type="dxa" w:w="3120"/>
          </w:tcPr>
          <w:p>
            <w:r>
              <w:t>Catatan kegiatan siswa.</w:t>
            </w:r>
          </w:p>
        </w:tc>
      </w:tr>
      <w:tr>
        <w:tc>
          <w:tcPr>
            <w:tcW w:type="dxa" w:w="3120"/>
          </w:tcPr>
          <w:p>
            <w:r>
              <w:t>absensi</w:t>
            </w:r>
          </w:p>
        </w:tc>
        <w:tc>
          <w:tcPr>
            <w:tcW w:type="dxa" w:w="3120"/>
          </w:tcPr>
          <w:p>
            <w:r>
              <w:t>id_absensi PK, id_siswa FK, tanggal, status, keterangan</w:t>
            </w:r>
          </w:p>
        </w:tc>
        <w:tc>
          <w:tcPr>
            <w:tcW w:type="dxa" w:w="3120"/>
          </w:tcPr>
          <w:p>
            <w:r>
              <w:t>Status contoh: Hadir, Izin, Sakit, Alfa.</w:t>
            </w:r>
          </w:p>
        </w:tc>
      </w:tr>
      <w:tr>
        <w:tc>
          <w:tcPr>
            <w:tcW w:type="dxa" w:w="3120"/>
          </w:tcPr>
          <w:p>
            <w:r>
              <w:t>monitoring</w:t>
            </w:r>
          </w:p>
        </w:tc>
        <w:tc>
          <w:tcPr>
            <w:tcW w:type="dxa" w:w="3120"/>
          </w:tcPr>
          <w:p>
            <w:r>
              <w:t>id_monitoring PK, id_siswa FK, tanggal, evaluasi, tindak_lanjut</w:t>
            </w:r>
          </w:p>
        </w:tc>
        <w:tc>
          <w:tcPr>
            <w:tcW w:type="dxa" w:w="3120"/>
          </w:tcPr>
          <w:p>
            <w:r>
              <w:t>Catatan evaluasi pembimbing.</w:t>
            </w:r>
          </w:p>
        </w:tc>
      </w:tr>
    </w:tbl>
    <w:p>
      <w:pPr>
        <w:pStyle w:val="Heading2"/>
      </w:pPr>
      <w:r>
        <w:t>3.5 Struktur Aplikasi</w:t>
      </w:r>
    </w:p>
    <w:p>
      <w:r>
        <w:t>Contoh struktur folder aplikasi berbasis web. Sesuaikan nama folder dengan framework dan bahasa pemrograman yang benar-benar digunakan.</w:t>
      </w:r>
    </w:p>
    <w:p>
      <w:r>
        <w:rPr>
          <w:rFonts w:ascii="Courier New" w:hAnsi="Courier New"/>
          <w:sz w:val="20"/>
        </w:rPr>
        <w:t>interntrack/</w:t>
        <w:br/>
        <w:t>├── public/             (aset publik: CSS, JavaScript, gambar)</w:t>
        <w:br/>
        <w:t>├── src/ atau app/      (logika aplikasi)</w:t>
        <w:br/>
        <w:t>│   ├── auth/           (login, logout, pemeriksaan sesi)</w:t>
        <w:br/>
        <w:t>│   ├── dashboard/      (ringkasan)</w:t>
        <w:br/>
        <w:t>│   ├── siswa/           (pengelolaan data siswa)</w:t>
        <w:br/>
        <w:t>│   ├── penempatan/      (penempatan PKL)</w:t>
        <w:br/>
        <w:t>│   ├── jurnal/          (jurnal kegiatan)</w:t>
        <w:br/>
        <w:t>│   ├── absensi/         (kehadiran)</w:t>
        <w:br/>
        <w:t>│   ├── monitoring/      (pemantauan)</w:t>
        <w:br/>
        <w:t>│   └── laporan/         (rekap dan laporan)</w:t>
        <w:br/>
        <w:t>├── database/           (skema/migrasi/seeder)</w:t>
        <w:br/>
        <w:t>├── tests/              (pengujian)</w:t>
        <w:br/>
        <w:t>└── README.md           (petunjuk instalasi)</w:t>
      </w:r>
    </w:p>
    <w:p>
      <w:pPr>
        <w:pStyle w:val="Heading1"/>
      </w:pPr>
      <w:r>
        <w:t>IV. IMPLEMENTASI</w:t>
      </w:r>
    </w:p>
    <w:p>
      <w:pPr>
        <w:pStyle w:val="Heading2"/>
      </w:pPr>
      <w:r>
        <w:t>4.1 Gambaran Implementasi</w:t>
      </w:r>
    </w:p>
    <w:p>
      <w:r>
        <w:t>InternTrack diimplementasikan sebagai sistem informasi untuk mendukung administrasi dan monitoring PKL. Setiap modul sebaiknya menggunakan validasi masukan, pemeriksaan hak akses, serta penyimpanan data yang konsisten. Teknologi yang digunakan harus dituliskan berdasarkan aplikasi yang benar-benar dibuat; jangan mencantumkan framework atau database yang belum digunakan.</w:t>
      </w:r>
    </w:p>
    <w:p>
      <w:pPr>
        <w:pStyle w:val="Heading2"/>
      </w:pPr>
      <w:r>
        <w:t>4.2 Screenshot Aplikasi</w:t>
      </w:r>
    </w:p>
    <w:p>
      <w:r>
        <w:t>Masukkan tangkapan layar asli aplikasi pada bagian berikut. Gambar di bawah ini merupakan daftar bukti yang perlu disiapkan, bukan screenshot aplikasi yang sudah tersedia.</w:t>
      </w:r>
    </w:p>
    <w:p>
      <w:pPr>
        <w:pStyle w:val="ListBullet"/>
      </w:pPr>
      <w:r>
        <w:t>Gambar 4.1 Halaman Login — [tempel screenshot halaman login]</w:t>
      </w:r>
    </w:p>
    <w:p>
      <w:pPr>
        <w:pStyle w:val="ListBullet"/>
      </w:pPr>
      <w:r>
        <w:t>Gambar 4.2 Dashboard — [tempel screenshot dashboard]</w:t>
      </w:r>
    </w:p>
    <w:p>
      <w:pPr>
        <w:pStyle w:val="ListBullet"/>
      </w:pPr>
      <w:r>
        <w:t>Gambar 4.3 Data Siswa — [tempel screenshot daftar/form siswa]</w:t>
      </w:r>
    </w:p>
    <w:p>
      <w:pPr>
        <w:pStyle w:val="ListBullet"/>
      </w:pPr>
      <w:r>
        <w:t>Gambar 4.4 Penempatan — [tempel screenshot penempatan PKL]</w:t>
      </w:r>
    </w:p>
    <w:p>
      <w:pPr>
        <w:pStyle w:val="ListBullet"/>
      </w:pPr>
      <w:r>
        <w:t>Gambar 4.5 Jurnal — [tempel screenshot jurnal kegiatan]</w:t>
      </w:r>
    </w:p>
    <w:p>
      <w:pPr>
        <w:pStyle w:val="ListBullet"/>
      </w:pPr>
      <w:r>
        <w:t>Gambar 4.6 Absensi — [tempel screenshot absensi]</w:t>
      </w:r>
    </w:p>
    <w:p>
      <w:pPr>
        <w:pStyle w:val="ListBullet"/>
      </w:pPr>
      <w:r>
        <w:t>Gambar 4.7 Monitoring — [tempel screenshot monitoring]</w:t>
      </w:r>
    </w:p>
    <w:p>
      <w:pPr>
        <w:pStyle w:val="ListBullet"/>
      </w:pPr>
      <w:r>
        <w:t>Gambar 4.8 Laporan — [tempel screenshot laporan]</w:t>
      </w:r>
    </w:p>
    <w:p>
      <w:pPr>
        <w:pStyle w:val="Heading2"/>
      </w:pPr>
      <w:r>
        <w:t>4.3 Penjelasan Fitur</w:t>
      </w:r>
    </w:p>
    <w:p>
      <w:r>
        <w:rPr>
          <w:b/>
        </w:rPr>
        <w:t xml:space="preserve">Login: </w:t>
      </w:r>
      <w:r>
        <w:t>Memverifikasi identitas pengguna dan mengarahkan pengguna ke halaman sesuai perannya.</w:t>
      </w:r>
    </w:p>
    <w:p>
      <w:r>
        <w:rPr>
          <w:b/>
        </w:rPr>
        <w:t xml:space="preserve">Dashboard: </w:t>
      </w:r>
      <w:r>
        <w:t>Menampilkan ringkasan informasi seperti jumlah siswa, penempatan aktif, jurnal, atau absensi jika data tersebut tersedia.</w:t>
      </w:r>
    </w:p>
    <w:p>
      <w:r>
        <w:rPr>
          <w:b/>
        </w:rPr>
        <w:t xml:space="preserve">Data Siswa: </w:t>
      </w:r>
      <w:r>
        <w:t>Mengelola identitas siswa dan menyediakan pencarian data.</w:t>
      </w:r>
    </w:p>
    <w:p>
      <w:r>
        <w:rPr>
          <w:b/>
        </w:rPr>
        <w:t xml:space="preserve">Penempatan: </w:t>
      </w:r>
      <w:r>
        <w:t>Mencatat lokasi PKL, periode pelaksanaan, dan status penempatan siswa.</w:t>
      </w:r>
    </w:p>
    <w:p>
      <w:r>
        <w:rPr>
          <w:b/>
        </w:rPr>
        <w:t xml:space="preserve">Jurnal: </w:t>
      </w:r>
      <w:r>
        <w:t>Mencatat tanggal, kegiatan, hasil, dan catatan yang diperlukan.</w:t>
      </w:r>
    </w:p>
    <w:p>
      <w:r>
        <w:rPr>
          <w:b/>
        </w:rPr>
        <w:t xml:space="preserve">Absensi: </w:t>
      </w:r>
      <w:r>
        <w:t>Mencatat tanggal dan status kehadiran siswa beserta keterangan.</w:t>
      </w:r>
    </w:p>
    <w:p>
      <w:r>
        <w:rPr>
          <w:b/>
        </w:rPr>
        <w:t xml:space="preserve">Monitoring: </w:t>
      </w:r>
      <w:r>
        <w:t>Membantu pembimbing meninjau jurnal, kehadiran, dan evaluasi siswa.</w:t>
      </w:r>
    </w:p>
    <w:p>
      <w:r>
        <w:rPr>
          <w:b/>
        </w:rPr>
        <w:t xml:space="preserve">Laporan: </w:t>
      </w:r>
      <w:r>
        <w:t>Menyajikan rekap data berdasarkan siswa, tempat PKL, periode, atau status sesuai kebutuhan.</w:t>
      </w:r>
    </w:p>
    <w:p>
      <w:pPr>
        <w:pStyle w:val="Heading1"/>
      </w:pPr>
      <w:r>
        <w:t>V. TESTING</w:t>
      </w:r>
    </w:p>
    <w:p>
      <w:pPr>
        <w:pStyle w:val="Heading2"/>
      </w:pPr>
      <w:r>
        <w:t>5.1 Test Case</w:t>
      </w:r>
    </w:p>
    <w:tbl>
      <w:tblPr>
        <w:tblStyle w:val="TableGrid"/>
        <w:tblW w:type="auto" w:w="0"/>
        <w:tblLook w:firstColumn="1" w:firstRow="1" w:lastColumn="0" w:lastRow="0" w:noHBand="0" w:noVBand="1" w:val="04A0"/>
      </w:tblPr>
      <w:tblGrid>
        <w:gridCol w:w="1872"/>
        <w:gridCol w:w="1872"/>
        <w:gridCol w:w="1872"/>
        <w:gridCol w:w="1872"/>
        <w:gridCol w:w="1872"/>
      </w:tblGrid>
      <w:tr>
        <w:tc>
          <w:tcPr>
            <w:tcW w:type="dxa" w:w="1872"/>
          </w:tcPr>
          <w:p>
            <w:r>
              <w:t>No.</w:t>
            </w:r>
          </w:p>
        </w:tc>
        <w:tc>
          <w:tcPr>
            <w:tcW w:type="dxa" w:w="1872"/>
          </w:tcPr>
          <w:p>
            <w:r>
              <w:t>Skenario</w:t>
            </w:r>
          </w:p>
        </w:tc>
        <w:tc>
          <w:tcPr>
            <w:tcW w:type="dxa" w:w="1872"/>
          </w:tcPr>
          <w:p>
            <w:r>
              <w:t>Langkah/Uji</w:t>
            </w:r>
          </w:p>
        </w:tc>
        <w:tc>
          <w:tcPr>
            <w:tcW w:type="dxa" w:w="1872"/>
          </w:tcPr>
          <w:p>
            <w:r>
              <w:t>Hasil yang diharapkan</w:t>
            </w:r>
          </w:p>
        </w:tc>
        <w:tc>
          <w:tcPr>
            <w:tcW w:type="dxa" w:w="1872"/>
          </w:tcPr>
          <w:p>
            <w:r>
              <w:t>Status</w:t>
            </w:r>
          </w:p>
        </w:tc>
      </w:tr>
      <w:tr>
        <w:tc>
          <w:tcPr>
            <w:tcW w:type="dxa" w:w="1872"/>
          </w:tcPr>
          <w:p>
            <w:r>
              <w:t>1</w:t>
            </w:r>
          </w:p>
        </w:tc>
        <w:tc>
          <w:tcPr>
            <w:tcW w:type="dxa" w:w="1872"/>
          </w:tcPr>
          <w:p>
            <w:r>
              <w:t>Login valid</w:t>
            </w:r>
          </w:p>
        </w:tc>
        <w:tc>
          <w:tcPr>
            <w:tcW w:type="dxa" w:w="1872"/>
          </w:tcPr>
          <w:p>
            <w:r>
              <w:t>Masukkan akun yang benar</w:t>
            </w:r>
          </w:p>
        </w:tc>
        <w:tc>
          <w:tcPr>
            <w:tcW w:type="dxa" w:w="1872"/>
          </w:tcPr>
          <w:p>
            <w:r>
              <w:t>Masuk ke dashboard</w:t>
            </w:r>
          </w:p>
        </w:tc>
        <w:tc>
          <w:tcPr>
            <w:tcW w:type="dxa" w:w="1872"/>
          </w:tcPr>
          <w:p>
            <w:r>
              <w:t>Belum diuji</w:t>
            </w:r>
          </w:p>
        </w:tc>
      </w:tr>
      <w:tr>
        <w:tc>
          <w:tcPr>
            <w:tcW w:type="dxa" w:w="1872"/>
          </w:tcPr>
          <w:p>
            <w:r>
              <w:t>2</w:t>
            </w:r>
          </w:p>
        </w:tc>
        <w:tc>
          <w:tcPr>
            <w:tcW w:type="dxa" w:w="1872"/>
          </w:tcPr>
          <w:p>
            <w:r>
              <w:t>Login tidak valid</w:t>
            </w:r>
          </w:p>
        </w:tc>
        <w:tc>
          <w:tcPr>
            <w:tcW w:type="dxa" w:w="1872"/>
          </w:tcPr>
          <w:p>
            <w:r>
              <w:t>Masukkan password salah</w:t>
            </w:r>
          </w:p>
        </w:tc>
        <w:tc>
          <w:tcPr>
            <w:tcW w:type="dxa" w:w="1872"/>
          </w:tcPr>
          <w:p>
            <w:r>
              <w:t>Pesan gagal; tidak masuk dashboard</w:t>
            </w:r>
          </w:p>
        </w:tc>
        <w:tc>
          <w:tcPr>
            <w:tcW w:type="dxa" w:w="1872"/>
          </w:tcPr>
          <w:p>
            <w:r>
              <w:t>Belum diuji</w:t>
            </w:r>
          </w:p>
        </w:tc>
      </w:tr>
      <w:tr>
        <w:tc>
          <w:tcPr>
            <w:tcW w:type="dxa" w:w="1872"/>
          </w:tcPr>
          <w:p>
            <w:r>
              <w:t>3</w:t>
            </w:r>
          </w:p>
        </w:tc>
        <w:tc>
          <w:tcPr>
            <w:tcW w:type="dxa" w:w="1872"/>
          </w:tcPr>
          <w:p>
            <w:r>
              <w:t>Tambah siswa</w:t>
            </w:r>
          </w:p>
        </w:tc>
        <w:tc>
          <w:tcPr>
            <w:tcW w:type="dxa" w:w="1872"/>
          </w:tcPr>
          <w:p>
            <w:r>
              <w:t>Isi data wajib lalu simpan</w:t>
            </w:r>
          </w:p>
        </w:tc>
        <w:tc>
          <w:tcPr>
            <w:tcW w:type="dxa" w:w="1872"/>
          </w:tcPr>
          <w:p>
            <w:r>
              <w:t>Data siswa tersimpan dan tampil</w:t>
            </w:r>
          </w:p>
        </w:tc>
        <w:tc>
          <w:tcPr>
            <w:tcW w:type="dxa" w:w="1872"/>
          </w:tcPr>
          <w:p>
            <w:r>
              <w:t>Belum diuji</w:t>
            </w:r>
          </w:p>
        </w:tc>
      </w:tr>
      <w:tr>
        <w:tc>
          <w:tcPr>
            <w:tcW w:type="dxa" w:w="1872"/>
          </w:tcPr>
          <w:p>
            <w:r>
              <w:t>4</w:t>
            </w:r>
          </w:p>
        </w:tc>
        <w:tc>
          <w:tcPr>
            <w:tcW w:type="dxa" w:w="1872"/>
          </w:tcPr>
          <w:p>
            <w:r>
              <w:t>Validasi data siswa</w:t>
            </w:r>
          </w:p>
        </w:tc>
        <w:tc>
          <w:tcPr>
            <w:tcW w:type="dxa" w:w="1872"/>
          </w:tcPr>
          <w:p>
            <w:r>
              <w:t>Kosongkan kolom wajib</w:t>
            </w:r>
          </w:p>
        </w:tc>
        <w:tc>
          <w:tcPr>
            <w:tcW w:type="dxa" w:w="1872"/>
          </w:tcPr>
          <w:p>
            <w:r>
              <w:t>Sistem menolak dan memberi pesan validasi</w:t>
            </w:r>
          </w:p>
        </w:tc>
        <w:tc>
          <w:tcPr>
            <w:tcW w:type="dxa" w:w="1872"/>
          </w:tcPr>
          <w:p>
            <w:r>
              <w:t>Belum diuji</w:t>
            </w:r>
          </w:p>
        </w:tc>
      </w:tr>
      <w:tr>
        <w:tc>
          <w:tcPr>
            <w:tcW w:type="dxa" w:w="1872"/>
          </w:tcPr>
          <w:p>
            <w:r>
              <w:t>5</w:t>
            </w:r>
          </w:p>
        </w:tc>
        <w:tc>
          <w:tcPr>
            <w:tcW w:type="dxa" w:w="1872"/>
          </w:tcPr>
          <w:p>
            <w:r>
              <w:t>Penempatan PKL</w:t>
            </w:r>
          </w:p>
        </w:tc>
        <w:tc>
          <w:tcPr>
            <w:tcW w:type="dxa" w:w="1872"/>
          </w:tcPr>
          <w:p>
            <w:r>
              <w:t>Pilih siswa dan tempat PKL lalu simpan</w:t>
            </w:r>
          </w:p>
        </w:tc>
        <w:tc>
          <w:tcPr>
            <w:tcW w:type="dxa" w:w="1872"/>
          </w:tcPr>
          <w:p>
            <w:r>
              <w:t>Penempatan tersimpan dengan relasi benar</w:t>
            </w:r>
          </w:p>
        </w:tc>
        <w:tc>
          <w:tcPr>
            <w:tcW w:type="dxa" w:w="1872"/>
          </w:tcPr>
          <w:p>
            <w:r>
              <w:t>Belum diuji</w:t>
            </w:r>
          </w:p>
        </w:tc>
      </w:tr>
      <w:tr>
        <w:tc>
          <w:tcPr>
            <w:tcW w:type="dxa" w:w="1872"/>
          </w:tcPr>
          <w:p>
            <w:r>
              <w:t>6</w:t>
            </w:r>
          </w:p>
        </w:tc>
        <w:tc>
          <w:tcPr>
            <w:tcW w:type="dxa" w:w="1872"/>
          </w:tcPr>
          <w:p>
            <w:r>
              <w:t>Tambah jurnal</w:t>
            </w:r>
          </w:p>
        </w:tc>
        <w:tc>
          <w:tcPr>
            <w:tcW w:type="dxa" w:w="1872"/>
          </w:tcPr>
          <w:p>
            <w:r>
              <w:t>Isi tanggal dan kegiatan lalu simpan</w:t>
            </w:r>
          </w:p>
        </w:tc>
        <w:tc>
          <w:tcPr>
            <w:tcW w:type="dxa" w:w="1872"/>
          </w:tcPr>
          <w:p>
            <w:r>
              <w:t>Jurnal tersimpan dan terkait dengan siswa</w:t>
            </w:r>
          </w:p>
        </w:tc>
        <w:tc>
          <w:tcPr>
            <w:tcW w:type="dxa" w:w="1872"/>
          </w:tcPr>
          <w:p>
            <w:r>
              <w:t>Belum diuji</w:t>
            </w:r>
          </w:p>
        </w:tc>
      </w:tr>
      <w:tr>
        <w:tc>
          <w:tcPr>
            <w:tcW w:type="dxa" w:w="1872"/>
          </w:tcPr>
          <w:p>
            <w:r>
              <w:t>7</w:t>
            </w:r>
          </w:p>
        </w:tc>
        <w:tc>
          <w:tcPr>
            <w:tcW w:type="dxa" w:w="1872"/>
          </w:tcPr>
          <w:p>
            <w:r>
              <w:t>Catat absensi</w:t>
            </w:r>
          </w:p>
        </w:tc>
        <w:tc>
          <w:tcPr>
            <w:tcW w:type="dxa" w:w="1872"/>
          </w:tcPr>
          <w:p>
            <w:r>
              <w:t>Pilih tanggal dan status kehadiran</w:t>
            </w:r>
          </w:p>
        </w:tc>
        <w:tc>
          <w:tcPr>
            <w:tcW w:type="dxa" w:w="1872"/>
          </w:tcPr>
          <w:p>
            <w:r>
              <w:t>Absensi tersimpan dengan status yang benar</w:t>
            </w:r>
          </w:p>
        </w:tc>
        <w:tc>
          <w:tcPr>
            <w:tcW w:type="dxa" w:w="1872"/>
          </w:tcPr>
          <w:p>
            <w:r>
              <w:t>Belum diuji</w:t>
            </w:r>
          </w:p>
        </w:tc>
      </w:tr>
      <w:tr>
        <w:tc>
          <w:tcPr>
            <w:tcW w:type="dxa" w:w="1872"/>
          </w:tcPr>
          <w:p>
            <w:r>
              <w:t>8</w:t>
            </w:r>
          </w:p>
        </w:tc>
        <w:tc>
          <w:tcPr>
            <w:tcW w:type="dxa" w:w="1872"/>
          </w:tcPr>
          <w:p>
            <w:r>
              <w:t>Monitoring</w:t>
            </w:r>
          </w:p>
        </w:tc>
        <w:tc>
          <w:tcPr>
            <w:tcW w:type="dxa" w:w="1872"/>
          </w:tcPr>
          <w:p>
            <w:r>
              <w:t>Buka data siswa yang memiliki catatan</w:t>
            </w:r>
          </w:p>
        </w:tc>
        <w:tc>
          <w:tcPr>
            <w:tcW w:type="dxa" w:w="1872"/>
          </w:tcPr>
          <w:p>
            <w:r>
              <w:t>Catatan dan ringkasan tampil sesuai data</w:t>
            </w:r>
          </w:p>
        </w:tc>
        <w:tc>
          <w:tcPr>
            <w:tcW w:type="dxa" w:w="1872"/>
          </w:tcPr>
          <w:p>
            <w:r>
              <w:t>Belum diuji</w:t>
            </w:r>
          </w:p>
        </w:tc>
      </w:tr>
      <w:tr>
        <w:tc>
          <w:tcPr>
            <w:tcW w:type="dxa" w:w="1872"/>
          </w:tcPr>
          <w:p>
            <w:r>
              <w:t>9</w:t>
            </w:r>
          </w:p>
        </w:tc>
        <w:tc>
          <w:tcPr>
            <w:tcW w:type="dxa" w:w="1872"/>
          </w:tcPr>
          <w:p>
            <w:r>
              <w:t>Laporan</w:t>
            </w:r>
          </w:p>
        </w:tc>
        <w:tc>
          <w:tcPr>
            <w:tcW w:type="dxa" w:w="1872"/>
          </w:tcPr>
          <w:p>
            <w:r>
              <w:t>Pilih periode/filter laporan</w:t>
            </w:r>
          </w:p>
        </w:tc>
        <w:tc>
          <w:tcPr>
            <w:tcW w:type="dxa" w:w="1872"/>
          </w:tcPr>
          <w:p>
            <w:r>
              <w:t>Laporan sesuai data dan filter</w:t>
            </w:r>
          </w:p>
        </w:tc>
        <w:tc>
          <w:tcPr>
            <w:tcW w:type="dxa" w:w="1872"/>
          </w:tcPr>
          <w:p>
            <w:r>
              <w:t>Belum diuji</w:t>
            </w:r>
          </w:p>
        </w:tc>
      </w:tr>
      <w:tr>
        <w:tc>
          <w:tcPr>
            <w:tcW w:type="dxa" w:w="1872"/>
          </w:tcPr>
          <w:p>
            <w:r>
              <w:t>10</w:t>
            </w:r>
          </w:p>
        </w:tc>
        <w:tc>
          <w:tcPr>
            <w:tcW w:type="dxa" w:w="1872"/>
          </w:tcPr>
          <w:p>
            <w:r>
              <w:t>Hak akses</w:t>
            </w:r>
          </w:p>
        </w:tc>
        <w:tc>
          <w:tcPr>
            <w:tcW w:type="dxa" w:w="1872"/>
          </w:tcPr>
          <w:p>
            <w:r>
              <w:t>Buka menu tanpa izin</w:t>
            </w:r>
          </w:p>
        </w:tc>
        <w:tc>
          <w:tcPr>
            <w:tcW w:type="dxa" w:w="1872"/>
          </w:tcPr>
          <w:p>
            <w:r>
              <w:t>Akses ditolak atau menu tidak ditampilkan</w:t>
            </w:r>
          </w:p>
        </w:tc>
        <w:tc>
          <w:tcPr>
            <w:tcW w:type="dxa" w:w="1872"/>
          </w:tcPr>
          <w:p>
            <w:r>
              <w:t>Belum diuji</w:t>
            </w:r>
          </w:p>
        </w:tc>
      </w:tr>
      <w:tr>
        <w:tc>
          <w:tcPr>
            <w:tcW w:type="dxa" w:w="1872"/>
          </w:tcPr>
          <w:p>
            <w:r>
              <w:t>11</w:t>
            </w:r>
          </w:p>
        </w:tc>
        <w:tc>
          <w:tcPr>
            <w:tcW w:type="dxa" w:w="1872"/>
          </w:tcPr>
          <w:p>
            <w:r>
              <w:t>Logout</w:t>
            </w:r>
          </w:p>
        </w:tc>
        <w:tc>
          <w:tcPr>
            <w:tcW w:type="dxa" w:w="1872"/>
          </w:tcPr>
          <w:p>
            <w:r>
              <w:t>Klik Logout</w:t>
            </w:r>
          </w:p>
        </w:tc>
        <w:tc>
          <w:tcPr>
            <w:tcW w:type="dxa" w:w="1872"/>
          </w:tcPr>
          <w:p>
            <w:r>
              <w:t>Sesi berakhir dan kembali ke login</w:t>
            </w:r>
          </w:p>
        </w:tc>
        <w:tc>
          <w:tcPr>
            <w:tcW w:type="dxa" w:w="1872"/>
          </w:tcPr>
          <w:p>
            <w:r>
              <w:t>Belum diuji</w:t>
            </w:r>
          </w:p>
        </w:tc>
      </w:tr>
    </w:tbl>
    <w:p>
      <w:pPr>
        <w:pStyle w:val="Heading2"/>
      </w:pPr>
      <w:r>
        <w:t>5.2 Hasil Pengujian</w:t>
      </w:r>
    </w:p>
    <w:p>
      <w:r>
        <w:t>Isi kolom status pada tabel test case setelah pengujian dilakukan, misalnya Lulus atau Gagal. Catat juga tanggal pengujian, perangkat/peramban, kendala yang ditemukan, dan perbaikan yang dilakukan. Status pada tabel saat ini masih “Belum diuji” karena hasil pengujian nyata belum diberikan.</w:t>
      </w:r>
    </w:p>
    <w:p>
      <w:pPr>
        <w:pStyle w:val="Heading1"/>
      </w:pPr>
      <w:r>
        <w:t>VI. MANUAL PENGGUNAAN</w:t>
      </w:r>
    </w:p>
    <w:p>
      <w:pPr>
        <w:pStyle w:val="Heading2"/>
      </w:pPr>
      <w:r>
        <w:t>6.1 Login</w:t>
      </w:r>
    </w:p>
    <w:p>
      <w:r>
        <w:t>Buka alamat aplikasi InternTrack. Masukkan username dan password yang terdaftar, kemudian tekan tombol Login. Jika gagal, periksa kembali data akun atau hubungi admin.</w:t>
      </w:r>
    </w:p>
    <w:p>
      <w:pPr>
        <w:pStyle w:val="Heading2"/>
      </w:pPr>
      <w:r>
        <w:t>6.2 Dashboard</w:t>
      </w:r>
    </w:p>
    <w:p>
      <w:r>
        <w:t>Setelah login berhasil, halaman Dashboard menampilkan ringkasan dan menu yang dapat diakses berdasarkan peran pengguna.</w:t>
      </w:r>
    </w:p>
    <w:p>
      <w:pPr>
        <w:pStyle w:val="Heading2"/>
      </w:pPr>
      <w:r>
        <w:t>6.3 Data Siswa</w:t>
      </w:r>
    </w:p>
    <w:p>
      <w:r>
        <w:t>Buka menu Data Siswa. Untuk menambah data, pilih Tambah, isi kolom yang diwajibkan, lalu simpan. Gunakan fitur cari untuk menemukan siswa. Perubahan atau penghapusan hanya dilakukan oleh pengguna yang berwenang.</w:t>
      </w:r>
    </w:p>
    <w:p>
      <w:pPr>
        <w:pStyle w:val="Heading2"/>
      </w:pPr>
      <w:r>
        <w:t>6.4 Penempatan</w:t>
      </w:r>
    </w:p>
    <w:p>
      <w:r>
        <w:t>Buka menu Penempatan. Pilih siswa dan tempat PKL, isi tanggal mulai serta tanggal selesai, tentukan status, kemudian simpan. Pastikan siswa dan periode penempatan benar.</w:t>
      </w:r>
    </w:p>
    <w:p>
      <w:pPr>
        <w:pStyle w:val="Heading2"/>
      </w:pPr>
      <w:r>
        <w:t>6.5 Jurnal</w:t>
      </w:r>
    </w:p>
    <w:p>
      <w:r>
        <w:t>Buka menu Jurnal. Tambahkan tanggal dan uraian kegiatan yang dilakukan, isi hasil atau kendala jika tersedia, lalu simpan. Periksa kembali jurnal sebelum dikirim kepada pembimbing.</w:t>
      </w:r>
    </w:p>
    <w:p>
      <w:pPr>
        <w:pStyle w:val="Heading2"/>
      </w:pPr>
      <w:r>
        <w:t>6.6 Absensi</w:t>
      </w:r>
    </w:p>
    <w:p>
      <w:r>
        <w:t>Buka menu Absensi. Pilih tanggal, tentukan status kehadiran (misalnya Hadir, Izin, Sakit, atau Alfa), isi keterangan jika diperlukan, kemudian simpan.</w:t>
      </w:r>
    </w:p>
    <w:p>
      <w:pPr>
        <w:pStyle w:val="Heading2"/>
      </w:pPr>
      <w:r>
        <w:t>6.7 Monitoring</w:t>
      </w:r>
    </w:p>
    <w:p>
      <w:r>
        <w:t>Pembimbing membuka menu Monitoring, memilih siswa, lalu memeriksa jurnal, absensi, dan catatan evaluasi. Tambahkan tindak lanjut jika modul tersebut tersedia.</w:t>
      </w:r>
    </w:p>
    <w:p>
      <w:pPr>
        <w:pStyle w:val="Heading2"/>
      </w:pPr>
      <w:r>
        <w:t>6.8 Laporan</w:t>
      </w:r>
    </w:p>
    <w:p>
      <w:r>
        <w:t>Buka menu Laporan. Tentukan filter yang tersedia, seperti siswa, tempat PKL, status, atau rentang tanggal. Tinjau hasil sebelum mencetak atau mengekspor jika fitur tersebut tersedia.</w:t>
      </w:r>
    </w:p>
    <w:p>
      <w:pPr>
        <w:pStyle w:val="Heading2"/>
      </w:pPr>
      <w:r>
        <w:t>6.9 Logout</w:t>
      </w:r>
    </w:p>
    <w:p>
      <w:r>
        <w:t>Pilih Logout setelah selesai menggunakan aplikasi untuk mengakhiri sesi, terutama saat menggunakan komputer bersama.</w:t>
      </w:r>
    </w:p>
    <w:p>
      <w:pPr>
        <w:pStyle w:val="Heading1"/>
      </w:pPr>
      <w:r>
        <w:t>VII. PENUTUP</w:t>
      </w:r>
    </w:p>
    <w:p>
      <w:pPr>
        <w:pStyle w:val="Heading2"/>
      </w:pPr>
      <w:r>
        <w:t>7.1 Kesimpulan</w:t>
      </w:r>
    </w:p>
    <w:p>
      <w:r>
        <w:t>InternTrack dirancang untuk mendukung pengelolaan kegiatan PKL melalui modul data siswa, penempatan, jurnal, absensi, monitoring, dan laporan. Dengan data yang terpusat, proses administrasi dan pemantauan diharapkan menjadi lebih terstruktur dan mudah ditelusuri.</w:t>
      </w:r>
    </w:p>
    <w:p>
      <w:pPr>
        <w:pStyle w:val="Heading2"/>
      </w:pPr>
      <w:r>
        <w:t>7.2 Saran</w:t>
      </w:r>
    </w:p>
    <w:p>
      <w:pPr>
        <w:pStyle w:val="ListBullet"/>
      </w:pPr>
      <w:r>
        <w:t>Lakukan pengujian pada setiap fitur dan dokumentasikan hasil aktualnya.</w:t>
      </w:r>
    </w:p>
    <w:p>
      <w:pPr>
        <w:pStyle w:val="ListBullet"/>
      </w:pPr>
      <w:r>
        <w:t>Terapkan pembagian hak akses dan penyimpanan password yang aman.</w:t>
      </w:r>
    </w:p>
    <w:p>
      <w:pPr>
        <w:pStyle w:val="ListBullet"/>
      </w:pPr>
      <w:r>
        <w:t>Lakukan pencadangan database secara berkala.</w:t>
      </w:r>
    </w:p>
    <w:p>
      <w:pPr>
        <w:pStyle w:val="ListBullet"/>
      </w:pPr>
      <w:r>
        <w:t>Kumpulkan masukan dari siswa, admin, dan pembimbing untuk perbaikan aplikasi.</w:t>
      </w:r>
    </w:p>
    <w:p>
      <w:pPr>
        <w:pStyle w:val="ListBullet"/>
      </w:pPr>
      <w:r>
        <w:t>Lengkapi laporan dengan screenshot, detail teknologi, identitas penyusun, dan hasil pengujian yang nyata.</w:t>
      </w:r>
    </w:p>
    <w:p>
      <w:pPr>
        <w:pStyle w:val="Heading1"/>
      </w:pPr>
      <w:r>
        <w:t>LAMPIRAN: CHECKLIST DOKUMENTASI</w:t>
      </w:r>
    </w:p>
    <w:p>
      <w:pPr>
        <w:pStyle w:val="ListBullet"/>
      </w:pPr>
      <w:r>
        <w:t>Analisis: identifikasi masalah, kebutuhan sistem, aktor</w:t>
      </w:r>
    </w:p>
    <w:p>
      <w:pPr>
        <w:pStyle w:val="ListBullet"/>
      </w:pPr>
      <w:r>
        <w:t>Perancangan: flowchart, pseudocode, ERD, struktur database, struktur aplikasi</w:t>
      </w:r>
    </w:p>
    <w:p>
      <w:pPr>
        <w:pStyle w:val="ListBullet"/>
      </w:pPr>
      <w:r>
        <w:t>Implementasi: screenshot aplikasi dan penjelasan fitur</w:t>
      </w:r>
    </w:p>
    <w:p>
      <w:pPr>
        <w:pStyle w:val="ListBullet"/>
      </w:pPr>
      <w:r>
        <w:t>Testing: test case dan hasil pengujian</w:t>
      </w:r>
    </w:p>
    <w:p>
      <w:pPr>
        <w:pStyle w:val="ListBullet"/>
      </w:pPr>
      <w:r>
        <w:t>Manual penggunaan: Login → Dashboard → Data Siswa → Penempatan → Jurnal → Absensi → Monitoring → Laporan</w:t>
      </w:r>
    </w:p>
    <w:sectPr w:rsidR="00FC693F" w:rsidRPr="0006063C" w:rsidSect="00034616">
      <w:footerReference w:type="default" r:id="rId9"/>
      <w:pgSz w:w="12240" w:h="15840"/>
      <w:pgMar w:top="1152"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Laporan Proyek InternTrack | Halaman </w:t>
    </w:r>
    <w:fldChar w:fldCharType="begin"/>
    <w:instrText xml:space="preserve">PAGE</w:instrText>
    <w:fldChar w:fldCharType="end"/>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eastAsia="Times New Roman"/>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Times New Roman"/>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Times New Roman" w:hAnsi="Times New Roman" w:eastAsia="Times New Roman"/>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eastAsia="Times New Roman"/>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